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6D3C4" w14:textId="77777777" w:rsidR="00D223D5" w:rsidRDefault="003F1931">
      <w:pPr>
        <w:jc w:val="center"/>
      </w:pPr>
      <w:r>
        <w:rPr>
          <w:b/>
          <w:sz w:val="36"/>
        </w:rPr>
        <w:t>¡BIENVENIDOS DE NUEVO!</w:t>
      </w:r>
    </w:p>
    <w:p w14:paraId="3196AC7E" w14:textId="77777777" w:rsidR="00D223D5" w:rsidRDefault="003F1931">
      <w:pPr>
        <w:jc w:val="center"/>
      </w:pPr>
      <w:r>
        <w:rPr>
          <w:b/>
          <w:sz w:val="26"/>
        </w:rPr>
        <w:t>Un desayuno y almuerzo realmente estupendos</w:t>
      </w:r>
    </w:p>
    <w:p w14:paraId="7C6430A4" w14:textId="77777777" w:rsidR="00D223D5" w:rsidRDefault="003F1931">
      <w:pPr>
        <w:jc w:val="center"/>
      </w:pPr>
      <w:r>
        <w:rPr>
          <w:b/>
          <w:sz w:val="22"/>
        </w:rPr>
        <w:t>Cafetería Lion’s Den • Precios 2026–2027</w:t>
      </w:r>
    </w:p>
    <w:p w14:paraId="2AAAFFBC" w14:textId="77777777" w:rsidR="00D223D5" w:rsidRDefault="003F1931">
      <w:pPr>
        <w:jc w:val="center"/>
      </w:pPr>
      <w:r>
        <w:rPr>
          <w:i/>
        </w:rPr>
        <w:t>Comidas nutritivas y deliciosas, servidas diariamente con amor.</w:t>
      </w:r>
    </w:p>
    <w:p w14:paraId="7D21A862" w14:textId="77777777" w:rsidR="00D223D5" w:rsidRDefault="003F1931">
      <w:r>
        <w:t>¿Por qué no pagar hoy por el año escolar? ¡Tache eso de su lista de cosas por hacer!</w:t>
      </w:r>
    </w:p>
    <w:p w14:paraId="0F45B6AF" w14:textId="77777777" w:rsidR="00D223D5" w:rsidRDefault="003F1931">
      <w:r>
        <w:rPr>
          <w:b/>
          <w:sz w:val="22"/>
        </w:rPr>
        <w:t>PRECIOS PARA TODO EL AÑO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D223D5" w14:paraId="0F740F96" w14:textId="77777777">
        <w:trPr>
          <w:jc w:val="center"/>
        </w:trPr>
        <w:tc>
          <w:tcPr>
            <w:tcW w:w="5184" w:type="dxa"/>
            <w:shd w:val="clear" w:color="auto" w:fill="E8EEF7"/>
            <w:vAlign w:val="center"/>
          </w:tcPr>
          <w:p w14:paraId="007E0D74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Programa</w:t>
            </w:r>
          </w:p>
        </w:tc>
        <w:tc>
          <w:tcPr>
            <w:tcW w:w="5184" w:type="dxa"/>
            <w:shd w:val="clear" w:color="auto" w:fill="E8EEF7"/>
            <w:vAlign w:val="center"/>
          </w:tcPr>
          <w:p w14:paraId="7ED6BF41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Precio</w:t>
            </w:r>
          </w:p>
        </w:tc>
      </w:tr>
      <w:tr w:rsidR="00D223D5" w14:paraId="036A3641" w14:textId="77777777">
        <w:trPr>
          <w:jc w:val="center"/>
        </w:trPr>
        <w:tc>
          <w:tcPr>
            <w:tcW w:w="5184" w:type="dxa"/>
            <w:vAlign w:val="center"/>
          </w:tcPr>
          <w:p w14:paraId="7286ACF4" w14:textId="77777777" w:rsidR="00D223D5" w:rsidRDefault="003F1931">
            <w:pPr>
              <w:jc w:val="center"/>
            </w:pPr>
            <w:r>
              <w:rPr>
                <w:sz w:val="17"/>
              </w:rPr>
              <w:t>Desayuno — todos los grados</w:t>
            </w:r>
          </w:p>
        </w:tc>
        <w:tc>
          <w:tcPr>
            <w:tcW w:w="5184" w:type="dxa"/>
            <w:vAlign w:val="center"/>
          </w:tcPr>
          <w:p w14:paraId="33A60713" w14:textId="77777777" w:rsidR="00D223D5" w:rsidRDefault="003F1931">
            <w:pPr>
              <w:jc w:val="center"/>
            </w:pPr>
            <w:r>
              <w:rPr>
                <w:sz w:val="17"/>
              </w:rPr>
              <w:t>$288.00</w:t>
            </w:r>
          </w:p>
        </w:tc>
      </w:tr>
      <w:tr w:rsidR="00D223D5" w14:paraId="69478C08" w14:textId="77777777">
        <w:trPr>
          <w:jc w:val="center"/>
        </w:trPr>
        <w:tc>
          <w:tcPr>
            <w:tcW w:w="5184" w:type="dxa"/>
            <w:vAlign w:val="center"/>
          </w:tcPr>
          <w:p w14:paraId="1CB000A1" w14:textId="77777777" w:rsidR="00D223D5" w:rsidRDefault="003F1931">
            <w:pPr>
              <w:jc w:val="center"/>
            </w:pPr>
            <w:r>
              <w:rPr>
                <w:sz w:val="17"/>
              </w:rPr>
              <w:t>Desayuno — precio reducido, todos los grados</w:t>
            </w:r>
          </w:p>
        </w:tc>
        <w:tc>
          <w:tcPr>
            <w:tcW w:w="5184" w:type="dxa"/>
            <w:vAlign w:val="center"/>
          </w:tcPr>
          <w:p w14:paraId="2714EFFD" w14:textId="77777777" w:rsidR="00D223D5" w:rsidRDefault="003F1931">
            <w:pPr>
              <w:jc w:val="center"/>
            </w:pPr>
            <w:r>
              <w:rPr>
                <w:sz w:val="17"/>
              </w:rPr>
              <w:t>$72.00</w:t>
            </w:r>
          </w:p>
        </w:tc>
      </w:tr>
      <w:tr w:rsidR="00D223D5" w14:paraId="3AF86081" w14:textId="77777777">
        <w:trPr>
          <w:jc w:val="center"/>
        </w:trPr>
        <w:tc>
          <w:tcPr>
            <w:tcW w:w="5184" w:type="dxa"/>
            <w:vAlign w:val="center"/>
          </w:tcPr>
          <w:p w14:paraId="78D407EA" w14:textId="77777777" w:rsidR="00D223D5" w:rsidRDefault="003F1931">
            <w:pPr>
              <w:jc w:val="center"/>
            </w:pPr>
            <w:r>
              <w:rPr>
                <w:sz w:val="17"/>
              </w:rPr>
              <w:t>Almuerzo — grados 7–9</w:t>
            </w:r>
          </w:p>
        </w:tc>
        <w:tc>
          <w:tcPr>
            <w:tcW w:w="5184" w:type="dxa"/>
            <w:vAlign w:val="center"/>
          </w:tcPr>
          <w:p w14:paraId="79408341" w14:textId="77777777" w:rsidR="00D223D5" w:rsidRDefault="003F1931">
            <w:pPr>
              <w:jc w:val="center"/>
            </w:pPr>
            <w:r>
              <w:rPr>
                <w:sz w:val="17"/>
              </w:rPr>
              <w:t>$468.00</w:t>
            </w:r>
          </w:p>
        </w:tc>
      </w:tr>
      <w:tr w:rsidR="00D223D5" w14:paraId="24547535" w14:textId="77777777">
        <w:trPr>
          <w:jc w:val="center"/>
        </w:trPr>
        <w:tc>
          <w:tcPr>
            <w:tcW w:w="5184" w:type="dxa"/>
            <w:vAlign w:val="center"/>
          </w:tcPr>
          <w:p w14:paraId="659B137F" w14:textId="77777777" w:rsidR="00D223D5" w:rsidRDefault="003F1931">
            <w:pPr>
              <w:jc w:val="center"/>
            </w:pPr>
            <w:r>
              <w:rPr>
                <w:sz w:val="17"/>
              </w:rPr>
              <w:t>Almuerzo — grados K–6</w:t>
            </w:r>
          </w:p>
        </w:tc>
        <w:tc>
          <w:tcPr>
            <w:tcW w:w="5184" w:type="dxa"/>
            <w:vAlign w:val="center"/>
          </w:tcPr>
          <w:p w14:paraId="0947D8CA" w14:textId="77777777" w:rsidR="00D223D5" w:rsidRDefault="003F1931">
            <w:pPr>
              <w:jc w:val="center"/>
            </w:pPr>
            <w:r>
              <w:rPr>
                <w:sz w:val="17"/>
              </w:rPr>
              <w:t>$396.00</w:t>
            </w:r>
          </w:p>
        </w:tc>
      </w:tr>
      <w:tr w:rsidR="00D223D5" w14:paraId="189D7BA9" w14:textId="77777777">
        <w:trPr>
          <w:jc w:val="center"/>
        </w:trPr>
        <w:tc>
          <w:tcPr>
            <w:tcW w:w="5184" w:type="dxa"/>
            <w:vAlign w:val="center"/>
          </w:tcPr>
          <w:p w14:paraId="57213217" w14:textId="77777777" w:rsidR="00D223D5" w:rsidRDefault="003F1931">
            <w:pPr>
              <w:jc w:val="center"/>
            </w:pPr>
            <w:r>
              <w:rPr>
                <w:sz w:val="17"/>
              </w:rPr>
              <w:t>Almuerzo — precio reducido, todos los grados</w:t>
            </w:r>
          </w:p>
        </w:tc>
        <w:tc>
          <w:tcPr>
            <w:tcW w:w="5184" w:type="dxa"/>
            <w:vAlign w:val="center"/>
          </w:tcPr>
          <w:p w14:paraId="2F8B9345" w14:textId="77777777" w:rsidR="00D223D5" w:rsidRDefault="003F1931">
            <w:pPr>
              <w:jc w:val="center"/>
            </w:pPr>
            <w:r>
              <w:rPr>
                <w:sz w:val="17"/>
              </w:rPr>
              <w:t>$0</w:t>
            </w:r>
          </w:p>
        </w:tc>
      </w:tr>
    </w:tbl>
    <w:p w14:paraId="6C9DC1B5" w14:textId="77777777" w:rsidR="00D223D5" w:rsidRDefault="003F1931">
      <w:r>
        <w:rPr>
          <w:b/>
        </w:rPr>
        <w:t xml:space="preserve">Precios por comida: </w:t>
      </w:r>
      <w:r>
        <w:t>K–6 $2.20  •  Grados 7–9 $2.60  •  Precio reducido $0.00  •  Adultos y comidas no reembolsables $4.25</w:t>
      </w:r>
    </w:p>
    <w:p w14:paraId="7B1D293F" w14:textId="77777777" w:rsidR="00D223D5" w:rsidRDefault="003F1931">
      <w:r>
        <w:rPr>
          <w:b/>
          <w:sz w:val="22"/>
        </w:rPr>
        <w:t>PAGO POR SEMESTRE / PERÍODO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2"/>
        <w:gridCol w:w="3453"/>
        <w:gridCol w:w="3453"/>
      </w:tblGrid>
      <w:tr w:rsidR="00D223D5" w14:paraId="16E2CD91" w14:textId="77777777">
        <w:trPr>
          <w:jc w:val="center"/>
        </w:trPr>
        <w:tc>
          <w:tcPr>
            <w:tcW w:w="3456" w:type="dxa"/>
            <w:shd w:val="clear" w:color="auto" w:fill="E8EEF7"/>
            <w:vAlign w:val="center"/>
          </w:tcPr>
          <w:p w14:paraId="28C456B1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Período</w:t>
            </w:r>
          </w:p>
        </w:tc>
        <w:tc>
          <w:tcPr>
            <w:tcW w:w="3456" w:type="dxa"/>
            <w:shd w:val="clear" w:color="auto" w:fill="E8EEF7"/>
            <w:vAlign w:val="center"/>
          </w:tcPr>
          <w:p w14:paraId="0F3E8112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Grados 7–9</w:t>
            </w:r>
          </w:p>
        </w:tc>
        <w:tc>
          <w:tcPr>
            <w:tcW w:w="3456" w:type="dxa"/>
            <w:shd w:val="clear" w:color="auto" w:fill="E8EEF7"/>
            <w:vAlign w:val="center"/>
          </w:tcPr>
          <w:p w14:paraId="6BEA4EED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Grados 1–6</w:t>
            </w:r>
          </w:p>
        </w:tc>
      </w:tr>
      <w:tr w:rsidR="00D223D5" w14:paraId="59FACE1C" w14:textId="77777777">
        <w:trPr>
          <w:jc w:val="center"/>
        </w:trPr>
        <w:tc>
          <w:tcPr>
            <w:tcW w:w="3456" w:type="dxa"/>
            <w:vAlign w:val="center"/>
          </w:tcPr>
          <w:p w14:paraId="15F4E3B5" w14:textId="77777777" w:rsidR="00D223D5" w:rsidRDefault="003F1931">
            <w:pPr>
              <w:jc w:val="center"/>
            </w:pPr>
            <w:r>
              <w:rPr>
                <w:sz w:val="17"/>
              </w:rPr>
              <w:t>#1</w:t>
            </w:r>
          </w:p>
        </w:tc>
        <w:tc>
          <w:tcPr>
            <w:tcW w:w="3456" w:type="dxa"/>
            <w:vAlign w:val="center"/>
          </w:tcPr>
          <w:p w14:paraId="6ED05AC9" w14:textId="77777777" w:rsidR="00D223D5" w:rsidRDefault="003F1931">
            <w:pPr>
              <w:jc w:val="center"/>
            </w:pPr>
            <w:r>
              <w:rPr>
                <w:sz w:val="17"/>
              </w:rPr>
              <w:t>$106.60</w:t>
            </w:r>
          </w:p>
        </w:tc>
        <w:tc>
          <w:tcPr>
            <w:tcW w:w="3456" w:type="dxa"/>
            <w:vAlign w:val="center"/>
          </w:tcPr>
          <w:p w14:paraId="4A37CE86" w14:textId="77777777" w:rsidR="00D223D5" w:rsidRDefault="003F1931">
            <w:pPr>
              <w:jc w:val="center"/>
            </w:pPr>
            <w:r>
              <w:rPr>
                <w:sz w:val="17"/>
              </w:rPr>
              <w:t>$90.20</w:t>
            </w:r>
          </w:p>
        </w:tc>
      </w:tr>
      <w:tr w:rsidR="00D223D5" w14:paraId="16ABF184" w14:textId="77777777">
        <w:trPr>
          <w:jc w:val="center"/>
        </w:trPr>
        <w:tc>
          <w:tcPr>
            <w:tcW w:w="3456" w:type="dxa"/>
            <w:vAlign w:val="center"/>
          </w:tcPr>
          <w:p w14:paraId="05C1E370" w14:textId="77777777" w:rsidR="00D223D5" w:rsidRDefault="003F1931">
            <w:pPr>
              <w:jc w:val="center"/>
            </w:pPr>
            <w:r>
              <w:rPr>
                <w:sz w:val="17"/>
              </w:rPr>
              <w:t>#2</w:t>
            </w:r>
          </w:p>
        </w:tc>
        <w:tc>
          <w:tcPr>
            <w:tcW w:w="3456" w:type="dxa"/>
            <w:vAlign w:val="center"/>
          </w:tcPr>
          <w:p w14:paraId="7A3EFC4D" w14:textId="77777777" w:rsidR="00D223D5" w:rsidRDefault="003F1931">
            <w:pPr>
              <w:jc w:val="center"/>
            </w:pPr>
            <w:r>
              <w:rPr>
                <w:sz w:val="17"/>
              </w:rPr>
              <w:t>$109.20</w:t>
            </w:r>
          </w:p>
        </w:tc>
        <w:tc>
          <w:tcPr>
            <w:tcW w:w="3456" w:type="dxa"/>
            <w:vAlign w:val="center"/>
          </w:tcPr>
          <w:p w14:paraId="5D621427" w14:textId="77777777" w:rsidR="00D223D5" w:rsidRDefault="003F1931">
            <w:pPr>
              <w:jc w:val="center"/>
            </w:pPr>
            <w:r>
              <w:rPr>
                <w:sz w:val="17"/>
              </w:rPr>
              <w:t>$92.40</w:t>
            </w:r>
          </w:p>
        </w:tc>
      </w:tr>
      <w:tr w:rsidR="00D223D5" w14:paraId="36407A31" w14:textId="77777777">
        <w:trPr>
          <w:jc w:val="center"/>
        </w:trPr>
        <w:tc>
          <w:tcPr>
            <w:tcW w:w="3456" w:type="dxa"/>
            <w:vAlign w:val="center"/>
          </w:tcPr>
          <w:p w14:paraId="5D5D0428" w14:textId="77777777" w:rsidR="00D223D5" w:rsidRDefault="003F1931">
            <w:pPr>
              <w:jc w:val="center"/>
            </w:pPr>
            <w:r>
              <w:rPr>
                <w:sz w:val="17"/>
              </w:rPr>
              <w:t>#3</w:t>
            </w:r>
          </w:p>
        </w:tc>
        <w:tc>
          <w:tcPr>
            <w:tcW w:w="3456" w:type="dxa"/>
            <w:vAlign w:val="center"/>
          </w:tcPr>
          <w:p w14:paraId="54755D01" w14:textId="77777777" w:rsidR="00D223D5" w:rsidRDefault="003F1931">
            <w:pPr>
              <w:jc w:val="center"/>
            </w:pPr>
            <w:r>
              <w:rPr>
                <w:sz w:val="17"/>
              </w:rPr>
              <w:t>$122.20</w:t>
            </w:r>
          </w:p>
        </w:tc>
        <w:tc>
          <w:tcPr>
            <w:tcW w:w="3456" w:type="dxa"/>
            <w:vAlign w:val="center"/>
          </w:tcPr>
          <w:p w14:paraId="357DCD79" w14:textId="77777777" w:rsidR="00D223D5" w:rsidRDefault="003F1931">
            <w:pPr>
              <w:jc w:val="center"/>
            </w:pPr>
            <w:r>
              <w:rPr>
                <w:sz w:val="17"/>
              </w:rPr>
              <w:t>$103.40</w:t>
            </w:r>
          </w:p>
        </w:tc>
      </w:tr>
      <w:tr w:rsidR="00D223D5" w14:paraId="56AE4FD0" w14:textId="77777777">
        <w:trPr>
          <w:jc w:val="center"/>
        </w:trPr>
        <w:tc>
          <w:tcPr>
            <w:tcW w:w="3456" w:type="dxa"/>
            <w:vAlign w:val="center"/>
          </w:tcPr>
          <w:p w14:paraId="629C7E78" w14:textId="77777777" w:rsidR="00D223D5" w:rsidRDefault="003F1931">
            <w:pPr>
              <w:jc w:val="center"/>
            </w:pPr>
            <w:r>
              <w:rPr>
                <w:sz w:val="17"/>
              </w:rPr>
              <w:t>#4</w:t>
            </w:r>
          </w:p>
        </w:tc>
        <w:tc>
          <w:tcPr>
            <w:tcW w:w="3456" w:type="dxa"/>
            <w:vAlign w:val="center"/>
          </w:tcPr>
          <w:p w14:paraId="28ACA52D" w14:textId="77777777" w:rsidR="00D223D5" w:rsidRDefault="003F1931">
            <w:pPr>
              <w:jc w:val="center"/>
            </w:pPr>
            <w:r>
              <w:rPr>
                <w:sz w:val="17"/>
              </w:rPr>
              <w:t>$130.00</w:t>
            </w:r>
          </w:p>
        </w:tc>
        <w:tc>
          <w:tcPr>
            <w:tcW w:w="3456" w:type="dxa"/>
            <w:vAlign w:val="center"/>
          </w:tcPr>
          <w:p w14:paraId="02497230" w14:textId="77777777" w:rsidR="00D223D5" w:rsidRDefault="003F1931">
            <w:pPr>
              <w:jc w:val="center"/>
            </w:pPr>
            <w:r>
              <w:rPr>
                <w:sz w:val="17"/>
              </w:rPr>
              <w:t>$110.00</w:t>
            </w:r>
          </w:p>
        </w:tc>
      </w:tr>
    </w:tbl>
    <w:p w14:paraId="7838B721" w14:textId="77777777" w:rsidR="00D223D5" w:rsidRDefault="003F1931">
      <w:r>
        <w:rPr>
          <w:b/>
          <w:sz w:val="22"/>
        </w:rPr>
        <w:t>PAGOS MENSUALES DEL ALMUERZO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1726"/>
        <w:gridCol w:w="1726"/>
        <w:gridCol w:w="1726"/>
        <w:gridCol w:w="1726"/>
        <w:gridCol w:w="1726"/>
      </w:tblGrid>
      <w:tr w:rsidR="00D223D5" w14:paraId="07D70AA9" w14:textId="77777777">
        <w:trPr>
          <w:jc w:val="center"/>
        </w:trPr>
        <w:tc>
          <w:tcPr>
            <w:tcW w:w="1728" w:type="dxa"/>
            <w:shd w:val="clear" w:color="auto" w:fill="E8EEF7"/>
            <w:vAlign w:val="center"/>
          </w:tcPr>
          <w:p w14:paraId="32D6524B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Mes</w:t>
            </w:r>
          </w:p>
        </w:tc>
        <w:tc>
          <w:tcPr>
            <w:tcW w:w="1728" w:type="dxa"/>
            <w:shd w:val="clear" w:color="auto" w:fill="E8EEF7"/>
            <w:vAlign w:val="center"/>
          </w:tcPr>
          <w:p w14:paraId="631FD0E6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K–6</w:t>
            </w:r>
          </w:p>
        </w:tc>
        <w:tc>
          <w:tcPr>
            <w:tcW w:w="1728" w:type="dxa"/>
            <w:shd w:val="clear" w:color="auto" w:fill="E8EEF7"/>
            <w:vAlign w:val="center"/>
          </w:tcPr>
          <w:p w14:paraId="569DF699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7–9</w:t>
            </w:r>
          </w:p>
        </w:tc>
        <w:tc>
          <w:tcPr>
            <w:tcW w:w="1728" w:type="dxa"/>
            <w:shd w:val="clear" w:color="auto" w:fill="E8EEF7"/>
            <w:vAlign w:val="center"/>
          </w:tcPr>
          <w:p w14:paraId="050A2CC5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Mes</w:t>
            </w:r>
          </w:p>
        </w:tc>
        <w:tc>
          <w:tcPr>
            <w:tcW w:w="1728" w:type="dxa"/>
            <w:shd w:val="clear" w:color="auto" w:fill="E8EEF7"/>
            <w:vAlign w:val="center"/>
          </w:tcPr>
          <w:p w14:paraId="7264253B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K–6</w:t>
            </w:r>
          </w:p>
        </w:tc>
        <w:tc>
          <w:tcPr>
            <w:tcW w:w="1728" w:type="dxa"/>
            <w:shd w:val="clear" w:color="auto" w:fill="E8EEF7"/>
            <w:vAlign w:val="center"/>
          </w:tcPr>
          <w:p w14:paraId="06F533F6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7–9</w:t>
            </w:r>
          </w:p>
        </w:tc>
      </w:tr>
      <w:tr w:rsidR="00D223D5" w14:paraId="4829E7A9" w14:textId="77777777">
        <w:trPr>
          <w:jc w:val="center"/>
        </w:trPr>
        <w:tc>
          <w:tcPr>
            <w:tcW w:w="1728" w:type="dxa"/>
            <w:vAlign w:val="center"/>
          </w:tcPr>
          <w:p w14:paraId="5FC0A1E6" w14:textId="77777777" w:rsidR="00D223D5" w:rsidRDefault="003F1931">
            <w:pPr>
              <w:jc w:val="center"/>
            </w:pPr>
            <w:r>
              <w:rPr>
                <w:sz w:val="17"/>
              </w:rPr>
              <w:t>Agosto (9)</w:t>
            </w:r>
          </w:p>
        </w:tc>
        <w:tc>
          <w:tcPr>
            <w:tcW w:w="1728" w:type="dxa"/>
            <w:vAlign w:val="center"/>
          </w:tcPr>
          <w:p w14:paraId="7C0FF0B5" w14:textId="77777777" w:rsidR="00D223D5" w:rsidRDefault="003F1931">
            <w:pPr>
              <w:jc w:val="center"/>
            </w:pPr>
            <w:r>
              <w:rPr>
                <w:sz w:val="17"/>
              </w:rPr>
              <w:t>$23.40</w:t>
            </w:r>
          </w:p>
        </w:tc>
        <w:tc>
          <w:tcPr>
            <w:tcW w:w="1728" w:type="dxa"/>
            <w:vAlign w:val="center"/>
          </w:tcPr>
          <w:p w14:paraId="0A924F23" w14:textId="77777777" w:rsidR="00D223D5" w:rsidRDefault="003F1931">
            <w:pPr>
              <w:jc w:val="center"/>
            </w:pPr>
            <w:r>
              <w:rPr>
                <w:sz w:val="17"/>
              </w:rPr>
              <w:t>$19.80</w:t>
            </w:r>
          </w:p>
        </w:tc>
        <w:tc>
          <w:tcPr>
            <w:tcW w:w="1728" w:type="dxa"/>
            <w:vAlign w:val="center"/>
          </w:tcPr>
          <w:p w14:paraId="29F29D1A" w14:textId="77777777" w:rsidR="00D223D5" w:rsidRDefault="003F1931">
            <w:pPr>
              <w:jc w:val="center"/>
            </w:pPr>
            <w:r>
              <w:rPr>
                <w:sz w:val="17"/>
              </w:rPr>
              <w:t>Enero (18)</w:t>
            </w:r>
          </w:p>
        </w:tc>
        <w:tc>
          <w:tcPr>
            <w:tcW w:w="1728" w:type="dxa"/>
            <w:vAlign w:val="center"/>
          </w:tcPr>
          <w:p w14:paraId="5B81A870" w14:textId="77777777" w:rsidR="00D223D5" w:rsidRDefault="003F1931">
            <w:pPr>
              <w:jc w:val="center"/>
            </w:pPr>
            <w:r>
              <w:rPr>
                <w:sz w:val="17"/>
              </w:rPr>
              <w:t>$46.80</w:t>
            </w:r>
          </w:p>
        </w:tc>
        <w:tc>
          <w:tcPr>
            <w:tcW w:w="1728" w:type="dxa"/>
            <w:vAlign w:val="center"/>
          </w:tcPr>
          <w:p w14:paraId="1827C128" w14:textId="77777777" w:rsidR="00D223D5" w:rsidRDefault="003F1931">
            <w:pPr>
              <w:jc w:val="center"/>
            </w:pPr>
            <w:r>
              <w:rPr>
                <w:sz w:val="17"/>
              </w:rPr>
              <w:t>$39.60</w:t>
            </w:r>
          </w:p>
        </w:tc>
      </w:tr>
      <w:tr w:rsidR="00D223D5" w14:paraId="7667E223" w14:textId="77777777">
        <w:trPr>
          <w:jc w:val="center"/>
        </w:trPr>
        <w:tc>
          <w:tcPr>
            <w:tcW w:w="1728" w:type="dxa"/>
            <w:vAlign w:val="center"/>
          </w:tcPr>
          <w:p w14:paraId="0AA906DB" w14:textId="77777777" w:rsidR="00D223D5" w:rsidRDefault="003F1931">
            <w:pPr>
              <w:jc w:val="center"/>
            </w:pPr>
            <w:r>
              <w:rPr>
                <w:sz w:val="17"/>
              </w:rPr>
              <w:t>Septiembre (21)</w:t>
            </w:r>
          </w:p>
        </w:tc>
        <w:tc>
          <w:tcPr>
            <w:tcW w:w="1728" w:type="dxa"/>
            <w:vAlign w:val="center"/>
          </w:tcPr>
          <w:p w14:paraId="1178A57A" w14:textId="77777777" w:rsidR="00D223D5" w:rsidRDefault="003F1931">
            <w:pPr>
              <w:jc w:val="center"/>
            </w:pPr>
            <w:r>
              <w:rPr>
                <w:sz w:val="17"/>
              </w:rPr>
              <w:t>$54.60</w:t>
            </w:r>
          </w:p>
        </w:tc>
        <w:tc>
          <w:tcPr>
            <w:tcW w:w="1728" w:type="dxa"/>
            <w:vAlign w:val="center"/>
          </w:tcPr>
          <w:p w14:paraId="5C70E959" w14:textId="77777777" w:rsidR="00D223D5" w:rsidRDefault="003F1931">
            <w:pPr>
              <w:jc w:val="center"/>
            </w:pPr>
            <w:r>
              <w:rPr>
                <w:sz w:val="17"/>
              </w:rPr>
              <w:t>$46.20</w:t>
            </w:r>
          </w:p>
        </w:tc>
        <w:tc>
          <w:tcPr>
            <w:tcW w:w="1728" w:type="dxa"/>
            <w:vAlign w:val="center"/>
          </w:tcPr>
          <w:p w14:paraId="72B4E5BA" w14:textId="77777777" w:rsidR="00D223D5" w:rsidRDefault="003F1931">
            <w:pPr>
              <w:jc w:val="center"/>
            </w:pPr>
            <w:r>
              <w:rPr>
                <w:sz w:val="17"/>
              </w:rPr>
              <w:t>Febrero (18)</w:t>
            </w:r>
          </w:p>
        </w:tc>
        <w:tc>
          <w:tcPr>
            <w:tcW w:w="1728" w:type="dxa"/>
            <w:vAlign w:val="center"/>
          </w:tcPr>
          <w:p w14:paraId="20DE0E14" w14:textId="77777777" w:rsidR="00D223D5" w:rsidRDefault="003F1931">
            <w:pPr>
              <w:jc w:val="center"/>
            </w:pPr>
            <w:r>
              <w:rPr>
                <w:sz w:val="17"/>
              </w:rPr>
              <w:t>$46.80</w:t>
            </w:r>
          </w:p>
        </w:tc>
        <w:tc>
          <w:tcPr>
            <w:tcW w:w="1728" w:type="dxa"/>
            <w:vAlign w:val="center"/>
          </w:tcPr>
          <w:p w14:paraId="01CED256" w14:textId="77777777" w:rsidR="00D223D5" w:rsidRDefault="003F1931">
            <w:pPr>
              <w:jc w:val="center"/>
            </w:pPr>
            <w:r>
              <w:rPr>
                <w:sz w:val="17"/>
              </w:rPr>
              <w:t>$39.60</w:t>
            </w:r>
          </w:p>
        </w:tc>
      </w:tr>
      <w:tr w:rsidR="00D223D5" w14:paraId="5E3316B8" w14:textId="77777777">
        <w:trPr>
          <w:jc w:val="center"/>
        </w:trPr>
        <w:tc>
          <w:tcPr>
            <w:tcW w:w="1728" w:type="dxa"/>
            <w:vAlign w:val="center"/>
          </w:tcPr>
          <w:p w14:paraId="0A5B6210" w14:textId="77777777" w:rsidR="00D223D5" w:rsidRDefault="003F1931">
            <w:pPr>
              <w:jc w:val="center"/>
            </w:pPr>
            <w:r>
              <w:rPr>
                <w:sz w:val="17"/>
              </w:rPr>
              <w:t>Octubre (19)</w:t>
            </w:r>
          </w:p>
        </w:tc>
        <w:tc>
          <w:tcPr>
            <w:tcW w:w="1728" w:type="dxa"/>
            <w:vAlign w:val="center"/>
          </w:tcPr>
          <w:p w14:paraId="6ECDC844" w14:textId="77777777" w:rsidR="00D223D5" w:rsidRDefault="003F1931">
            <w:pPr>
              <w:jc w:val="center"/>
            </w:pPr>
            <w:r>
              <w:rPr>
                <w:sz w:val="17"/>
              </w:rPr>
              <w:t>$49.40</w:t>
            </w:r>
          </w:p>
        </w:tc>
        <w:tc>
          <w:tcPr>
            <w:tcW w:w="1728" w:type="dxa"/>
            <w:vAlign w:val="center"/>
          </w:tcPr>
          <w:p w14:paraId="6788CB57" w14:textId="77777777" w:rsidR="00D223D5" w:rsidRDefault="003F1931">
            <w:pPr>
              <w:jc w:val="center"/>
            </w:pPr>
            <w:r>
              <w:rPr>
                <w:sz w:val="17"/>
              </w:rPr>
              <w:t>$41.80</w:t>
            </w:r>
          </w:p>
        </w:tc>
        <w:tc>
          <w:tcPr>
            <w:tcW w:w="1728" w:type="dxa"/>
            <w:vAlign w:val="center"/>
          </w:tcPr>
          <w:p w14:paraId="05EDC584" w14:textId="77777777" w:rsidR="00D223D5" w:rsidRDefault="003F1931">
            <w:pPr>
              <w:jc w:val="center"/>
            </w:pPr>
            <w:r>
              <w:rPr>
                <w:sz w:val="17"/>
              </w:rPr>
              <w:t>Marzo (23)</w:t>
            </w:r>
          </w:p>
        </w:tc>
        <w:tc>
          <w:tcPr>
            <w:tcW w:w="1728" w:type="dxa"/>
            <w:vAlign w:val="center"/>
          </w:tcPr>
          <w:p w14:paraId="0DBF0491" w14:textId="77777777" w:rsidR="00D223D5" w:rsidRDefault="003F1931">
            <w:pPr>
              <w:jc w:val="center"/>
            </w:pPr>
            <w:r>
              <w:rPr>
                <w:sz w:val="17"/>
              </w:rPr>
              <w:t>$59.80</w:t>
            </w:r>
          </w:p>
        </w:tc>
        <w:tc>
          <w:tcPr>
            <w:tcW w:w="1728" w:type="dxa"/>
            <w:vAlign w:val="center"/>
          </w:tcPr>
          <w:p w14:paraId="741ED736" w14:textId="77777777" w:rsidR="00D223D5" w:rsidRDefault="003F1931">
            <w:pPr>
              <w:jc w:val="center"/>
            </w:pPr>
            <w:r>
              <w:rPr>
                <w:sz w:val="17"/>
              </w:rPr>
              <w:t>$50.60</w:t>
            </w:r>
          </w:p>
        </w:tc>
      </w:tr>
      <w:tr w:rsidR="00D223D5" w14:paraId="77DBD89E" w14:textId="77777777">
        <w:trPr>
          <w:jc w:val="center"/>
        </w:trPr>
        <w:tc>
          <w:tcPr>
            <w:tcW w:w="1728" w:type="dxa"/>
            <w:vAlign w:val="center"/>
          </w:tcPr>
          <w:p w14:paraId="68FB8475" w14:textId="77777777" w:rsidR="00D223D5" w:rsidRDefault="003F1931">
            <w:pPr>
              <w:jc w:val="center"/>
            </w:pPr>
            <w:r>
              <w:rPr>
                <w:sz w:val="17"/>
              </w:rPr>
              <w:t>Noviembre (16)</w:t>
            </w:r>
          </w:p>
        </w:tc>
        <w:tc>
          <w:tcPr>
            <w:tcW w:w="1728" w:type="dxa"/>
            <w:vAlign w:val="center"/>
          </w:tcPr>
          <w:p w14:paraId="141560C3" w14:textId="77777777" w:rsidR="00D223D5" w:rsidRDefault="003F1931">
            <w:pPr>
              <w:jc w:val="center"/>
            </w:pPr>
            <w:r>
              <w:rPr>
                <w:sz w:val="17"/>
              </w:rPr>
              <w:t>$41.60</w:t>
            </w:r>
          </w:p>
        </w:tc>
        <w:tc>
          <w:tcPr>
            <w:tcW w:w="1728" w:type="dxa"/>
            <w:vAlign w:val="center"/>
          </w:tcPr>
          <w:p w14:paraId="132DCDAB" w14:textId="77777777" w:rsidR="00D223D5" w:rsidRDefault="003F1931">
            <w:pPr>
              <w:jc w:val="center"/>
            </w:pPr>
            <w:r>
              <w:rPr>
                <w:sz w:val="17"/>
              </w:rPr>
              <w:t>$35.20</w:t>
            </w:r>
          </w:p>
        </w:tc>
        <w:tc>
          <w:tcPr>
            <w:tcW w:w="1728" w:type="dxa"/>
            <w:vAlign w:val="center"/>
          </w:tcPr>
          <w:p w14:paraId="5F37CEC5" w14:textId="77777777" w:rsidR="00D223D5" w:rsidRDefault="003F1931">
            <w:pPr>
              <w:jc w:val="center"/>
            </w:pPr>
            <w:r>
              <w:rPr>
                <w:sz w:val="17"/>
              </w:rPr>
              <w:t>Abril (16)</w:t>
            </w:r>
          </w:p>
        </w:tc>
        <w:tc>
          <w:tcPr>
            <w:tcW w:w="1728" w:type="dxa"/>
            <w:vAlign w:val="center"/>
          </w:tcPr>
          <w:p w14:paraId="7B043780" w14:textId="77777777" w:rsidR="00D223D5" w:rsidRDefault="003F1931">
            <w:pPr>
              <w:jc w:val="center"/>
            </w:pPr>
            <w:r>
              <w:rPr>
                <w:sz w:val="17"/>
              </w:rPr>
              <w:t>$41.60</w:t>
            </w:r>
          </w:p>
        </w:tc>
        <w:tc>
          <w:tcPr>
            <w:tcW w:w="1728" w:type="dxa"/>
            <w:vAlign w:val="center"/>
          </w:tcPr>
          <w:p w14:paraId="6BD224D4" w14:textId="77777777" w:rsidR="00D223D5" w:rsidRDefault="003F1931">
            <w:pPr>
              <w:jc w:val="center"/>
            </w:pPr>
            <w:r>
              <w:rPr>
                <w:sz w:val="17"/>
              </w:rPr>
              <w:t>$35.20</w:t>
            </w:r>
          </w:p>
        </w:tc>
      </w:tr>
      <w:tr w:rsidR="00D223D5" w14:paraId="7ADDECF8" w14:textId="77777777">
        <w:trPr>
          <w:jc w:val="center"/>
        </w:trPr>
        <w:tc>
          <w:tcPr>
            <w:tcW w:w="1728" w:type="dxa"/>
            <w:vAlign w:val="center"/>
          </w:tcPr>
          <w:p w14:paraId="48120C20" w14:textId="77777777" w:rsidR="00D223D5" w:rsidRDefault="003F1931">
            <w:pPr>
              <w:jc w:val="center"/>
            </w:pPr>
            <w:r>
              <w:rPr>
                <w:sz w:val="17"/>
              </w:rPr>
              <w:t>Diciembre (14)</w:t>
            </w:r>
          </w:p>
        </w:tc>
        <w:tc>
          <w:tcPr>
            <w:tcW w:w="1728" w:type="dxa"/>
            <w:vAlign w:val="center"/>
          </w:tcPr>
          <w:p w14:paraId="776802A9" w14:textId="77777777" w:rsidR="00D223D5" w:rsidRDefault="003F1931">
            <w:pPr>
              <w:jc w:val="center"/>
            </w:pPr>
            <w:r>
              <w:rPr>
                <w:sz w:val="17"/>
              </w:rPr>
              <w:t>$36.40</w:t>
            </w:r>
          </w:p>
        </w:tc>
        <w:tc>
          <w:tcPr>
            <w:tcW w:w="1728" w:type="dxa"/>
            <w:vAlign w:val="center"/>
          </w:tcPr>
          <w:p w14:paraId="6C3B01D5" w14:textId="77777777" w:rsidR="00D223D5" w:rsidRDefault="003F1931">
            <w:pPr>
              <w:jc w:val="center"/>
            </w:pPr>
            <w:r>
              <w:rPr>
                <w:sz w:val="17"/>
              </w:rPr>
              <w:t>$30.80</w:t>
            </w:r>
          </w:p>
        </w:tc>
        <w:tc>
          <w:tcPr>
            <w:tcW w:w="1728" w:type="dxa"/>
            <w:vAlign w:val="center"/>
          </w:tcPr>
          <w:p w14:paraId="2EC22CB6" w14:textId="77777777" w:rsidR="00D223D5" w:rsidRDefault="003F1931">
            <w:pPr>
              <w:jc w:val="center"/>
            </w:pPr>
            <w:r>
              <w:rPr>
                <w:sz w:val="17"/>
              </w:rPr>
              <w:t>Mayo (19)</w:t>
            </w:r>
          </w:p>
        </w:tc>
        <w:tc>
          <w:tcPr>
            <w:tcW w:w="1728" w:type="dxa"/>
            <w:vAlign w:val="center"/>
          </w:tcPr>
          <w:p w14:paraId="6A39FDFC" w14:textId="77777777" w:rsidR="00D223D5" w:rsidRDefault="003F1931">
            <w:pPr>
              <w:jc w:val="center"/>
            </w:pPr>
            <w:r>
              <w:rPr>
                <w:sz w:val="17"/>
              </w:rPr>
              <w:t>$49.40</w:t>
            </w:r>
          </w:p>
        </w:tc>
        <w:tc>
          <w:tcPr>
            <w:tcW w:w="1728" w:type="dxa"/>
            <w:vAlign w:val="center"/>
          </w:tcPr>
          <w:p w14:paraId="4DD18B68" w14:textId="77777777" w:rsidR="00D223D5" w:rsidRDefault="003F1931">
            <w:pPr>
              <w:jc w:val="center"/>
            </w:pPr>
            <w:r>
              <w:rPr>
                <w:sz w:val="17"/>
              </w:rPr>
              <w:t>$41.80</w:t>
            </w:r>
          </w:p>
        </w:tc>
      </w:tr>
    </w:tbl>
    <w:p w14:paraId="2ED8DE48" w14:textId="77777777" w:rsidR="00D223D5" w:rsidRDefault="003F1931">
      <w:r>
        <w:rPr>
          <w:b/>
          <w:sz w:val="22"/>
        </w:rPr>
        <w:t>DESAYUNO</w:t>
      </w:r>
    </w:p>
    <w:p w14:paraId="50D4311E" w14:textId="77777777" w:rsidR="00D223D5" w:rsidRDefault="003F1931">
      <w:r>
        <w:rPr>
          <w:b/>
        </w:rPr>
        <w:t xml:space="preserve">Horario: </w:t>
      </w:r>
      <w:r>
        <w:t>7:45–8:15 a. m. • Se sirve en modalidad de recoger y llevar.</w:t>
      </w:r>
    </w:p>
    <w:p w14:paraId="776D383E" w14:textId="77777777" w:rsidR="00D223D5" w:rsidRDefault="003F1931">
      <w:r>
        <w:t>Se sirve diariamente en el edificio de 1591 W. Los estudiantes pueden comer en la escuela secundaria o mientras caminan hacia la primaria. Hay botes de basura disponibles afuera en ambos sitios.</w:t>
      </w:r>
    </w:p>
    <w:p w14:paraId="34139564" w14:textId="77777777" w:rsidR="00D223D5" w:rsidRDefault="003F1931">
      <w:r>
        <w:rPr>
          <w:b/>
        </w:rPr>
        <w:t>Precio completo: $1.60    Precio reducido: $0.40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89"/>
        <w:gridCol w:w="2590"/>
        <w:gridCol w:w="2589"/>
        <w:gridCol w:w="2590"/>
      </w:tblGrid>
      <w:tr w:rsidR="00D223D5" w14:paraId="02FC853A" w14:textId="77777777">
        <w:trPr>
          <w:jc w:val="center"/>
        </w:trPr>
        <w:tc>
          <w:tcPr>
            <w:tcW w:w="2592" w:type="dxa"/>
            <w:shd w:val="clear" w:color="auto" w:fill="E8EEF7"/>
            <w:vAlign w:val="center"/>
          </w:tcPr>
          <w:p w14:paraId="6E56E256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Mes</w:t>
            </w:r>
          </w:p>
        </w:tc>
        <w:tc>
          <w:tcPr>
            <w:tcW w:w="2592" w:type="dxa"/>
            <w:shd w:val="clear" w:color="auto" w:fill="E8EEF7"/>
            <w:vAlign w:val="center"/>
          </w:tcPr>
          <w:p w14:paraId="1635E240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Reducido (grados 1–9)</w:t>
            </w:r>
          </w:p>
        </w:tc>
        <w:tc>
          <w:tcPr>
            <w:tcW w:w="2592" w:type="dxa"/>
            <w:shd w:val="clear" w:color="auto" w:fill="E8EEF7"/>
            <w:vAlign w:val="center"/>
          </w:tcPr>
          <w:p w14:paraId="2C355F08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Mes</w:t>
            </w:r>
          </w:p>
        </w:tc>
        <w:tc>
          <w:tcPr>
            <w:tcW w:w="2592" w:type="dxa"/>
            <w:shd w:val="clear" w:color="auto" w:fill="E8EEF7"/>
            <w:vAlign w:val="center"/>
          </w:tcPr>
          <w:p w14:paraId="168B8F13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Reducido (grados K–6)</w:t>
            </w:r>
          </w:p>
        </w:tc>
      </w:tr>
      <w:tr w:rsidR="00D223D5" w14:paraId="11307CF2" w14:textId="77777777">
        <w:trPr>
          <w:jc w:val="center"/>
        </w:trPr>
        <w:tc>
          <w:tcPr>
            <w:tcW w:w="2592" w:type="dxa"/>
            <w:vAlign w:val="center"/>
          </w:tcPr>
          <w:p w14:paraId="2C8FB3D3" w14:textId="77777777" w:rsidR="00D223D5" w:rsidRDefault="003F1931">
            <w:pPr>
              <w:jc w:val="center"/>
            </w:pPr>
            <w:r>
              <w:rPr>
                <w:sz w:val="17"/>
              </w:rPr>
              <w:t>Agosto</w:t>
            </w:r>
          </w:p>
        </w:tc>
        <w:tc>
          <w:tcPr>
            <w:tcW w:w="2592" w:type="dxa"/>
            <w:vAlign w:val="center"/>
          </w:tcPr>
          <w:p w14:paraId="1FF27083" w14:textId="77777777" w:rsidR="00D223D5" w:rsidRDefault="003F1931">
            <w:pPr>
              <w:jc w:val="center"/>
            </w:pPr>
            <w:r>
              <w:rPr>
                <w:sz w:val="17"/>
              </w:rPr>
              <w:t>$3.60</w:t>
            </w:r>
          </w:p>
        </w:tc>
        <w:tc>
          <w:tcPr>
            <w:tcW w:w="2592" w:type="dxa"/>
            <w:vAlign w:val="center"/>
          </w:tcPr>
          <w:p w14:paraId="32D30751" w14:textId="77777777" w:rsidR="00D223D5" w:rsidRDefault="003F1931">
            <w:pPr>
              <w:jc w:val="center"/>
            </w:pPr>
            <w:r>
              <w:rPr>
                <w:sz w:val="17"/>
              </w:rPr>
              <w:t>Enero</w:t>
            </w:r>
          </w:p>
        </w:tc>
        <w:tc>
          <w:tcPr>
            <w:tcW w:w="2592" w:type="dxa"/>
            <w:vAlign w:val="center"/>
          </w:tcPr>
          <w:p w14:paraId="64CC6AF7" w14:textId="77777777" w:rsidR="00D223D5" w:rsidRDefault="003F1931">
            <w:pPr>
              <w:jc w:val="center"/>
            </w:pPr>
            <w:r>
              <w:rPr>
                <w:sz w:val="17"/>
              </w:rPr>
              <w:t>$7.20</w:t>
            </w:r>
          </w:p>
        </w:tc>
      </w:tr>
      <w:tr w:rsidR="00D223D5" w14:paraId="31261A7F" w14:textId="77777777">
        <w:trPr>
          <w:jc w:val="center"/>
        </w:trPr>
        <w:tc>
          <w:tcPr>
            <w:tcW w:w="2592" w:type="dxa"/>
            <w:vAlign w:val="center"/>
          </w:tcPr>
          <w:p w14:paraId="0C360305" w14:textId="77777777" w:rsidR="00D223D5" w:rsidRDefault="003F1931">
            <w:pPr>
              <w:jc w:val="center"/>
            </w:pPr>
            <w:r>
              <w:rPr>
                <w:sz w:val="17"/>
              </w:rPr>
              <w:t>Septiembre</w:t>
            </w:r>
          </w:p>
        </w:tc>
        <w:tc>
          <w:tcPr>
            <w:tcW w:w="2592" w:type="dxa"/>
            <w:vAlign w:val="center"/>
          </w:tcPr>
          <w:p w14:paraId="0F1E85A6" w14:textId="77777777" w:rsidR="00D223D5" w:rsidRDefault="003F1931">
            <w:pPr>
              <w:jc w:val="center"/>
            </w:pPr>
            <w:r>
              <w:rPr>
                <w:sz w:val="17"/>
              </w:rPr>
              <w:t>$8.40</w:t>
            </w:r>
          </w:p>
        </w:tc>
        <w:tc>
          <w:tcPr>
            <w:tcW w:w="2592" w:type="dxa"/>
            <w:vAlign w:val="center"/>
          </w:tcPr>
          <w:p w14:paraId="20F9F8F0" w14:textId="77777777" w:rsidR="00D223D5" w:rsidRDefault="003F1931">
            <w:pPr>
              <w:jc w:val="center"/>
            </w:pPr>
            <w:r>
              <w:rPr>
                <w:sz w:val="17"/>
              </w:rPr>
              <w:t>Febrero</w:t>
            </w:r>
          </w:p>
        </w:tc>
        <w:tc>
          <w:tcPr>
            <w:tcW w:w="2592" w:type="dxa"/>
            <w:vAlign w:val="center"/>
          </w:tcPr>
          <w:p w14:paraId="30CFDB8A" w14:textId="77777777" w:rsidR="00D223D5" w:rsidRDefault="003F1931">
            <w:pPr>
              <w:jc w:val="center"/>
            </w:pPr>
            <w:r>
              <w:rPr>
                <w:sz w:val="17"/>
              </w:rPr>
              <w:t>$7.20</w:t>
            </w:r>
          </w:p>
        </w:tc>
      </w:tr>
      <w:tr w:rsidR="00D223D5" w14:paraId="77825E20" w14:textId="77777777">
        <w:trPr>
          <w:jc w:val="center"/>
        </w:trPr>
        <w:tc>
          <w:tcPr>
            <w:tcW w:w="2592" w:type="dxa"/>
            <w:vAlign w:val="center"/>
          </w:tcPr>
          <w:p w14:paraId="1DD33A0E" w14:textId="77777777" w:rsidR="00D223D5" w:rsidRDefault="003F1931">
            <w:pPr>
              <w:jc w:val="center"/>
            </w:pPr>
            <w:r>
              <w:rPr>
                <w:sz w:val="17"/>
              </w:rPr>
              <w:t>Octubre</w:t>
            </w:r>
          </w:p>
        </w:tc>
        <w:tc>
          <w:tcPr>
            <w:tcW w:w="2592" w:type="dxa"/>
            <w:vAlign w:val="center"/>
          </w:tcPr>
          <w:p w14:paraId="4B66DC3D" w14:textId="77777777" w:rsidR="00D223D5" w:rsidRDefault="003F1931">
            <w:pPr>
              <w:jc w:val="center"/>
            </w:pPr>
            <w:r>
              <w:rPr>
                <w:sz w:val="17"/>
              </w:rPr>
              <w:t>$7.60</w:t>
            </w:r>
          </w:p>
        </w:tc>
        <w:tc>
          <w:tcPr>
            <w:tcW w:w="2592" w:type="dxa"/>
            <w:vAlign w:val="center"/>
          </w:tcPr>
          <w:p w14:paraId="441BEFFE" w14:textId="77777777" w:rsidR="00D223D5" w:rsidRDefault="003F1931">
            <w:pPr>
              <w:jc w:val="center"/>
            </w:pPr>
            <w:r>
              <w:rPr>
                <w:sz w:val="17"/>
              </w:rPr>
              <w:t>Marzo</w:t>
            </w:r>
          </w:p>
        </w:tc>
        <w:tc>
          <w:tcPr>
            <w:tcW w:w="2592" w:type="dxa"/>
            <w:vAlign w:val="center"/>
          </w:tcPr>
          <w:p w14:paraId="7ED2C952" w14:textId="77777777" w:rsidR="00D223D5" w:rsidRDefault="003F1931">
            <w:pPr>
              <w:jc w:val="center"/>
            </w:pPr>
            <w:r>
              <w:rPr>
                <w:sz w:val="17"/>
              </w:rPr>
              <w:t>$8.00</w:t>
            </w:r>
          </w:p>
        </w:tc>
      </w:tr>
      <w:tr w:rsidR="00D223D5" w14:paraId="0C4390D4" w14:textId="77777777">
        <w:trPr>
          <w:jc w:val="center"/>
        </w:trPr>
        <w:tc>
          <w:tcPr>
            <w:tcW w:w="2592" w:type="dxa"/>
            <w:vAlign w:val="center"/>
          </w:tcPr>
          <w:p w14:paraId="5F61DDE5" w14:textId="77777777" w:rsidR="00D223D5" w:rsidRDefault="003F1931">
            <w:pPr>
              <w:jc w:val="center"/>
            </w:pPr>
            <w:r>
              <w:rPr>
                <w:sz w:val="17"/>
              </w:rPr>
              <w:t>Noviembre</w:t>
            </w:r>
          </w:p>
        </w:tc>
        <w:tc>
          <w:tcPr>
            <w:tcW w:w="2592" w:type="dxa"/>
            <w:vAlign w:val="center"/>
          </w:tcPr>
          <w:p w14:paraId="488A862A" w14:textId="77777777" w:rsidR="00D223D5" w:rsidRDefault="003F1931">
            <w:pPr>
              <w:jc w:val="center"/>
            </w:pPr>
            <w:r>
              <w:rPr>
                <w:sz w:val="17"/>
              </w:rPr>
              <w:t>$6.40</w:t>
            </w:r>
          </w:p>
        </w:tc>
        <w:tc>
          <w:tcPr>
            <w:tcW w:w="2592" w:type="dxa"/>
            <w:vAlign w:val="center"/>
          </w:tcPr>
          <w:p w14:paraId="0549C949" w14:textId="77777777" w:rsidR="00D223D5" w:rsidRDefault="003F1931">
            <w:pPr>
              <w:jc w:val="center"/>
            </w:pPr>
            <w:r>
              <w:rPr>
                <w:sz w:val="17"/>
              </w:rPr>
              <w:t>Abril</w:t>
            </w:r>
          </w:p>
        </w:tc>
        <w:tc>
          <w:tcPr>
            <w:tcW w:w="2592" w:type="dxa"/>
            <w:vAlign w:val="center"/>
          </w:tcPr>
          <w:p w14:paraId="7ABBA8B1" w14:textId="77777777" w:rsidR="00D223D5" w:rsidRDefault="003F1931">
            <w:pPr>
              <w:jc w:val="center"/>
            </w:pPr>
            <w:r>
              <w:rPr>
                <w:sz w:val="17"/>
              </w:rPr>
              <w:t>$9.20</w:t>
            </w:r>
          </w:p>
        </w:tc>
      </w:tr>
      <w:tr w:rsidR="00D223D5" w14:paraId="42DF6745" w14:textId="77777777">
        <w:trPr>
          <w:jc w:val="center"/>
        </w:trPr>
        <w:tc>
          <w:tcPr>
            <w:tcW w:w="2592" w:type="dxa"/>
            <w:vAlign w:val="center"/>
          </w:tcPr>
          <w:p w14:paraId="1717D8AE" w14:textId="77777777" w:rsidR="00D223D5" w:rsidRDefault="003F1931">
            <w:pPr>
              <w:jc w:val="center"/>
            </w:pPr>
            <w:r>
              <w:rPr>
                <w:sz w:val="17"/>
              </w:rPr>
              <w:t>Diciembre</w:t>
            </w:r>
          </w:p>
        </w:tc>
        <w:tc>
          <w:tcPr>
            <w:tcW w:w="2592" w:type="dxa"/>
            <w:vAlign w:val="center"/>
          </w:tcPr>
          <w:p w14:paraId="08E03F84" w14:textId="77777777" w:rsidR="00D223D5" w:rsidRDefault="003F1931">
            <w:pPr>
              <w:jc w:val="center"/>
            </w:pPr>
            <w:r>
              <w:rPr>
                <w:sz w:val="17"/>
              </w:rPr>
              <w:t>$5.60</w:t>
            </w:r>
          </w:p>
        </w:tc>
        <w:tc>
          <w:tcPr>
            <w:tcW w:w="2592" w:type="dxa"/>
            <w:vAlign w:val="center"/>
          </w:tcPr>
          <w:p w14:paraId="1DF15630" w14:textId="77777777" w:rsidR="00D223D5" w:rsidRDefault="003F1931">
            <w:pPr>
              <w:jc w:val="center"/>
            </w:pPr>
            <w:r>
              <w:rPr>
                <w:sz w:val="17"/>
              </w:rPr>
              <w:t>Mayo</w:t>
            </w:r>
          </w:p>
        </w:tc>
        <w:tc>
          <w:tcPr>
            <w:tcW w:w="2592" w:type="dxa"/>
            <w:vAlign w:val="center"/>
          </w:tcPr>
          <w:p w14:paraId="4E8441DC" w14:textId="77777777" w:rsidR="00D223D5" w:rsidRDefault="003F1931">
            <w:pPr>
              <w:jc w:val="center"/>
            </w:pPr>
            <w:r>
              <w:rPr>
                <w:sz w:val="17"/>
              </w:rPr>
              <w:t>$7.60</w:t>
            </w:r>
          </w:p>
        </w:tc>
      </w:tr>
      <w:tr w:rsidR="00D223D5" w14:paraId="5F2490E3" w14:textId="77777777">
        <w:trPr>
          <w:jc w:val="center"/>
        </w:trPr>
        <w:tc>
          <w:tcPr>
            <w:tcW w:w="2592" w:type="dxa"/>
            <w:shd w:val="clear" w:color="auto" w:fill="E8EEF7"/>
            <w:vAlign w:val="center"/>
          </w:tcPr>
          <w:p w14:paraId="0F898D73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Mes</w:t>
            </w:r>
          </w:p>
        </w:tc>
        <w:tc>
          <w:tcPr>
            <w:tcW w:w="2592" w:type="dxa"/>
            <w:shd w:val="clear" w:color="auto" w:fill="E8EEF7"/>
            <w:vAlign w:val="center"/>
          </w:tcPr>
          <w:p w14:paraId="2B041DEA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Grados 1–9</w:t>
            </w:r>
          </w:p>
        </w:tc>
        <w:tc>
          <w:tcPr>
            <w:tcW w:w="2592" w:type="dxa"/>
            <w:shd w:val="clear" w:color="auto" w:fill="E8EEF7"/>
            <w:vAlign w:val="center"/>
          </w:tcPr>
          <w:p w14:paraId="57FC6922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Mes</w:t>
            </w:r>
          </w:p>
        </w:tc>
        <w:tc>
          <w:tcPr>
            <w:tcW w:w="2592" w:type="dxa"/>
            <w:shd w:val="clear" w:color="auto" w:fill="E8EEF7"/>
            <w:vAlign w:val="center"/>
          </w:tcPr>
          <w:p w14:paraId="095A1000" w14:textId="77777777" w:rsidR="00D223D5" w:rsidRDefault="003F1931">
            <w:pPr>
              <w:jc w:val="center"/>
            </w:pPr>
            <w:r>
              <w:rPr>
                <w:b/>
                <w:sz w:val="17"/>
              </w:rPr>
              <w:t>Grados K–6</w:t>
            </w:r>
          </w:p>
        </w:tc>
      </w:tr>
      <w:tr w:rsidR="00D223D5" w14:paraId="39240D34" w14:textId="77777777">
        <w:trPr>
          <w:jc w:val="center"/>
        </w:trPr>
        <w:tc>
          <w:tcPr>
            <w:tcW w:w="2592" w:type="dxa"/>
            <w:vAlign w:val="center"/>
          </w:tcPr>
          <w:p w14:paraId="18D739D8" w14:textId="77777777" w:rsidR="00D223D5" w:rsidRDefault="003F1931">
            <w:pPr>
              <w:jc w:val="center"/>
            </w:pPr>
            <w:r>
              <w:rPr>
                <w:sz w:val="17"/>
              </w:rPr>
              <w:t>Agosto</w:t>
            </w:r>
          </w:p>
        </w:tc>
        <w:tc>
          <w:tcPr>
            <w:tcW w:w="2592" w:type="dxa"/>
            <w:vAlign w:val="center"/>
          </w:tcPr>
          <w:p w14:paraId="13D2E418" w14:textId="77777777" w:rsidR="00D223D5" w:rsidRDefault="003F1931">
            <w:pPr>
              <w:jc w:val="center"/>
            </w:pPr>
            <w:r>
              <w:rPr>
                <w:sz w:val="17"/>
              </w:rPr>
              <w:t>$14.40</w:t>
            </w:r>
          </w:p>
        </w:tc>
        <w:tc>
          <w:tcPr>
            <w:tcW w:w="2592" w:type="dxa"/>
            <w:vAlign w:val="center"/>
          </w:tcPr>
          <w:p w14:paraId="1C853148" w14:textId="77777777" w:rsidR="00D223D5" w:rsidRDefault="003F1931">
            <w:pPr>
              <w:jc w:val="center"/>
            </w:pPr>
            <w:r>
              <w:rPr>
                <w:sz w:val="17"/>
              </w:rPr>
              <w:t>Enero</w:t>
            </w:r>
          </w:p>
        </w:tc>
        <w:tc>
          <w:tcPr>
            <w:tcW w:w="2592" w:type="dxa"/>
            <w:vAlign w:val="center"/>
          </w:tcPr>
          <w:p w14:paraId="3CC0525A" w14:textId="77777777" w:rsidR="00D223D5" w:rsidRDefault="003F1931">
            <w:pPr>
              <w:jc w:val="center"/>
            </w:pPr>
            <w:r>
              <w:rPr>
                <w:sz w:val="17"/>
              </w:rPr>
              <w:t>$28.80</w:t>
            </w:r>
          </w:p>
        </w:tc>
      </w:tr>
      <w:tr w:rsidR="00D223D5" w14:paraId="3AC141FA" w14:textId="77777777">
        <w:trPr>
          <w:jc w:val="center"/>
        </w:trPr>
        <w:tc>
          <w:tcPr>
            <w:tcW w:w="2592" w:type="dxa"/>
            <w:vAlign w:val="center"/>
          </w:tcPr>
          <w:p w14:paraId="371B5ACF" w14:textId="77777777" w:rsidR="00D223D5" w:rsidRDefault="003F1931">
            <w:pPr>
              <w:jc w:val="center"/>
            </w:pPr>
            <w:r>
              <w:rPr>
                <w:sz w:val="17"/>
              </w:rPr>
              <w:t>Septiembre</w:t>
            </w:r>
          </w:p>
        </w:tc>
        <w:tc>
          <w:tcPr>
            <w:tcW w:w="2592" w:type="dxa"/>
            <w:vAlign w:val="center"/>
          </w:tcPr>
          <w:p w14:paraId="2F7785A7" w14:textId="77777777" w:rsidR="00D223D5" w:rsidRDefault="003F1931">
            <w:pPr>
              <w:jc w:val="center"/>
            </w:pPr>
            <w:r>
              <w:rPr>
                <w:sz w:val="17"/>
              </w:rPr>
              <w:t>$33.60</w:t>
            </w:r>
          </w:p>
        </w:tc>
        <w:tc>
          <w:tcPr>
            <w:tcW w:w="2592" w:type="dxa"/>
            <w:vAlign w:val="center"/>
          </w:tcPr>
          <w:p w14:paraId="174F11F7" w14:textId="77777777" w:rsidR="00D223D5" w:rsidRDefault="003F1931">
            <w:pPr>
              <w:jc w:val="center"/>
            </w:pPr>
            <w:r>
              <w:rPr>
                <w:sz w:val="17"/>
              </w:rPr>
              <w:t>Febrero</w:t>
            </w:r>
          </w:p>
        </w:tc>
        <w:tc>
          <w:tcPr>
            <w:tcW w:w="2592" w:type="dxa"/>
            <w:vAlign w:val="center"/>
          </w:tcPr>
          <w:p w14:paraId="4F70F058" w14:textId="77777777" w:rsidR="00D223D5" w:rsidRDefault="003F1931">
            <w:pPr>
              <w:jc w:val="center"/>
            </w:pPr>
            <w:r>
              <w:rPr>
                <w:sz w:val="17"/>
              </w:rPr>
              <w:t>$28.80</w:t>
            </w:r>
          </w:p>
        </w:tc>
      </w:tr>
      <w:tr w:rsidR="00D223D5" w14:paraId="55EEFA71" w14:textId="77777777">
        <w:trPr>
          <w:jc w:val="center"/>
        </w:trPr>
        <w:tc>
          <w:tcPr>
            <w:tcW w:w="2592" w:type="dxa"/>
            <w:vAlign w:val="center"/>
          </w:tcPr>
          <w:p w14:paraId="230CDDC7" w14:textId="77777777" w:rsidR="00D223D5" w:rsidRDefault="003F1931">
            <w:pPr>
              <w:jc w:val="center"/>
            </w:pPr>
            <w:r>
              <w:rPr>
                <w:sz w:val="17"/>
              </w:rPr>
              <w:t>Octubre</w:t>
            </w:r>
          </w:p>
        </w:tc>
        <w:tc>
          <w:tcPr>
            <w:tcW w:w="2592" w:type="dxa"/>
            <w:vAlign w:val="center"/>
          </w:tcPr>
          <w:p w14:paraId="3FA4D97C" w14:textId="77777777" w:rsidR="00D223D5" w:rsidRDefault="003F1931">
            <w:pPr>
              <w:jc w:val="center"/>
            </w:pPr>
            <w:r>
              <w:rPr>
                <w:sz w:val="17"/>
              </w:rPr>
              <w:t>$30.40</w:t>
            </w:r>
          </w:p>
        </w:tc>
        <w:tc>
          <w:tcPr>
            <w:tcW w:w="2592" w:type="dxa"/>
            <w:vAlign w:val="center"/>
          </w:tcPr>
          <w:p w14:paraId="32383ABF" w14:textId="77777777" w:rsidR="00D223D5" w:rsidRDefault="003F1931">
            <w:pPr>
              <w:jc w:val="center"/>
            </w:pPr>
            <w:r>
              <w:rPr>
                <w:sz w:val="17"/>
              </w:rPr>
              <w:t>Marzo</w:t>
            </w:r>
          </w:p>
        </w:tc>
        <w:tc>
          <w:tcPr>
            <w:tcW w:w="2592" w:type="dxa"/>
            <w:vAlign w:val="center"/>
          </w:tcPr>
          <w:p w14:paraId="32327CEA" w14:textId="77777777" w:rsidR="00D223D5" w:rsidRDefault="003F1931">
            <w:pPr>
              <w:jc w:val="center"/>
            </w:pPr>
            <w:r>
              <w:rPr>
                <w:sz w:val="17"/>
              </w:rPr>
              <w:t>$36.80</w:t>
            </w:r>
          </w:p>
        </w:tc>
      </w:tr>
      <w:tr w:rsidR="00D223D5" w14:paraId="5C88637B" w14:textId="77777777">
        <w:trPr>
          <w:jc w:val="center"/>
        </w:trPr>
        <w:tc>
          <w:tcPr>
            <w:tcW w:w="2592" w:type="dxa"/>
            <w:vAlign w:val="center"/>
          </w:tcPr>
          <w:p w14:paraId="4C0AAE4C" w14:textId="77777777" w:rsidR="00D223D5" w:rsidRDefault="003F1931">
            <w:pPr>
              <w:jc w:val="center"/>
            </w:pPr>
            <w:r>
              <w:rPr>
                <w:sz w:val="17"/>
              </w:rPr>
              <w:t>Noviembre</w:t>
            </w:r>
          </w:p>
        </w:tc>
        <w:tc>
          <w:tcPr>
            <w:tcW w:w="2592" w:type="dxa"/>
            <w:vAlign w:val="center"/>
          </w:tcPr>
          <w:p w14:paraId="50CD6D01" w14:textId="77777777" w:rsidR="00D223D5" w:rsidRDefault="003F1931">
            <w:pPr>
              <w:jc w:val="center"/>
            </w:pPr>
            <w:r>
              <w:rPr>
                <w:sz w:val="17"/>
              </w:rPr>
              <w:t>$25.60</w:t>
            </w:r>
          </w:p>
        </w:tc>
        <w:tc>
          <w:tcPr>
            <w:tcW w:w="2592" w:type="dxa"/>
            <w:vAlign w:val="center"/>
          </w:tcPr>
          <w:p w14:paraId="73DB9F92" w14:textId="77777777" w:rsidR="00D223D5" w:rsidRDefault="003F1931">
            <w:pPr>
              <w:jc w:val="center"/>
            </w:pPr>
            <w:r>
              <w:rPr>
                <w:sz w:val="17"/>
              </w:rPr>
              <w:t>Abril</w:t>
            </w:r>
          </w:p>
        </w:tc>
        <w:tc>
          <w:tcPr>
            <w:tcW w:w="2592" w:type="dxa"/>
            <w:vAlign w:val="center"/>
          </w:tcPr>
          <w:p w14:paraId="4B858692" w14:textId="77777777" w:rsidR="00D223D5" w:rsidRDefault="003F1931">
            <w:pPr>
              <w:jc w:val="center"/>
            </w:pPr>
            <w:r>
              <w:rPr>
                <w:sz w:val="17"/>
              </w:rPr>
              <w:t>$25.60</w:t>
            </w:r>
          </w:p>
        </w:tc>
      </w:tr>
      <w:tr w:rsidR="00D223D5" w14:paraId="301BE1EF" w14:textId="77777777">
        <w:trPr>
          <w:jc w:val="center"/>
        </w:trPr>
        <w:tc>
          <w:tcPr>
            <w:tcW w:w="2592" w:type="dxa"/>
            <w:vAlign w:val="center"/>
          </w:tcPr>
          <w:p w14:paraId="775D5AB8" w14:textId="77777777" w:rsidR="00D223D5" w:rsidRDefault="003F1931">
            <w:pPr>
              <w:jc w:val="center"/>
            </w:pPr>
            <w:r>
              <w:rPr>
                <w:sz w:val="17"/>
              </w:rPr>
              <w:t>Diciembre</w:t>
            </w:r>
          </w:p>
        </w:tc>
        <w:tc>
          <w:tcPr>
            <w:tcW w:w="2592" w:type="dxa"/>
            <w:vAlign w:val="center"/>
          </w:tcPr>
          <w:p w14:paraId="536E3A68" w14:textId="77777777" w:rsidR="00D223D5" w:rsidRDefault="003F1931">
            <w:pPr>
              <w:jc w:val="center"/>
            </w:pPr>
            <w:r>
              <w:rPr>
                <w:sz w:val="17"/>
              </w:rPr>
              <w:t>$22.40</w:t>
            </w:r>
          </w:p>
        </w:tc>
        <w:tc>
          <w:tcPr>
            <w:tcW w:w="2592" w:type="dxa"/>
            <w:vAlign w:val="center"/>
          </w:tcPr>
          <w:p w14:paraId="46C38178" w14:textId="77777777" w:rsidR="00D223D5" w:rsidRDefault="003F1931">
            <w:pPr>
              <w:jc w:val="center"/>
            </w:pPr>
            <w:r>
              <w:rPr>
                <w:sz w:val="17"/>
              </w:rPr>
              <w:t>Mayo</w:t>
            </w:r>
          </w:p>
        </w:tc>
        <w:tc>
          <w:tcPr>
            <w:tcW w:w="2592" w:type="dxa"/>
            <w:vAlign w:val="center"/>
          </w:tcPr>
          <w:p w14:paraId="554AC2B1" w14:textId="77777777" w:rsidR="00D223D5" w:rsidRDefault="003F1931">
            <w:pPr>
              <w:jc w:val="center"/>
            </w:pPr>
            <w:r>
              <w:rPr>
                <w:sz w:val="17"/>
              </w:rPr>
              <w:t>$30.40</w:t>
            </w:r>
          </w:p>
        </w:tc>
      </w:tr>
    </w:tbl>
    <w:p w14:paraId="38B75B4D" w14:textId="77777777" w:rsidR="00D223D5" w:rsidRDefault="003F1931">
      <w:r>
        <w:rPr>
          <w:b/>
          <w:sz w:val="22"/>
        </w:rPr>
        <w:t>ALIMENTE SU CUERPO • CARGUE DE ENERGÍA SU MENTE</w:t>
      </w:r>
    </w:p>
    <w:p w14:paraId="6D366BC4" w14:textId="77777777" w:rsidR="00D223D5" w:rsidRDefault="003F1931">
      <w:r>
        <w:t>Todos los días tenemos una barra de frutas y verduras con una amplia variedad de opciones, que pueden incluir ensalada, zanahorias, fruta enlatada y/o jugo de frutas.</w:t>
      </w:r>
    </w:p>
    <w:p w14:paraId="5BD13364" w14:textId="77777777" w:rsidR="00D223D5" w:rsidRDefault="003F1931">
      <w:r>
        <w:lastRenderedPageBreak/>
        <w:t>También ofrecemos frutas y verduras frescas de temporada como sandía, melón cantalupo, melón honeydew, pepinos, calabacín, tomates, cebollas, brócoli, coliflor, una variedad de frijoles, rábanos, apio, manzanas de Utah, naranjas, toronjas, fresas frescas y congeladas, guisantes y brotes, uvas, ciruelas y peras, entre muchas otras opciones.</w:t>
      </w:r>
    </w:p>
    <w:p w14:paraId="03AD6078" w14:textId="77777777" w:rsidR="00D223D5" w:rsidRDefault="003F1931">
      <w:r>
        <w:t>Se agregan hummus, semillas y otros días de degustación para darles a los estudiantes la oportunidad de probar algo nuevo.</w:t>
      </w:r>
    </w:p>
    <w:p w14:paraId="2D5A869B" w14:textId="77777777" w:rsidR="00D223D5" w:rsidRDefault="003F1931">
      <w:r>
        <w:t>También tenemos menús internacionales para ayudar a los estudiantes a aprender más sobre otras culturas y alimentos a través de las comidas que servimos.</w:t>
      </w:r>
    </w:p>
    <w:p w14:paraId="04EAA5D4" w14:textId="77777777" w:rsidR="00D223D5" w:rsidRDefault="003F1931">
      <w:r>
        <w:t>Por favor, consulte los menús en línea para conocer las fechas de las comidas especiales y los menús internacionales.</w:t>
      </w:r>
    </w:p>
    <w:p w14:paraId="38E86E5D" w14:textId="77777777" w:rsidR="00D223D5" w:rsidRDefault="003F1931">
      <w:r>
        <w:rPr>
          <w:b/>
          <w:sz w:val="22"/>
        </w:rPr>
        <w:t>ALMUERZO GRATUITO Y DE PRECIO REDUCIDO</w:t>
      </w:r>
    </w:p>
    <w:p w14:paraId="47DEB00A" w14:textId="77777777" w:rsidR="00D223D5" w:rsidRDefault="003F1931">
      <w:r>
        <w:t>Las solicitudes para almuerzo gratuito y de precio reducido están disponibles a través de ASPIRE en Northdavisprep.org. Vaya al ícono de Almuerzo (zanahoria) y complete la solicitud.</w:t>
      </w:r>
    </w:p>
    <w:p w14:paraId="451449B2" w14:textId="77777777" w:rsidR="00D223D5" w:rsidRDefault="003F1931">
      <w:r>
        <w:t>Debe volver a presentar la solicitud cada año escolar. Incluso si calificó el año pasado, debe solicitarla para el año escolar 2027.</w:t>
      </w:r>
    </w:p>
    <w:p w14:paraId="365C183E" w14:textId="77777777" w:rsidR="00D223D5" w:rsidRDefault="003F1931">
      <w:r>
        <w:t>Debe solicitarla en NDPA incluso si fue aprobado en otra escuela. Debido a las leyes de privacidad, no podemos compartir información.</w:t>
      </w:r>
    </w:p>
    <w:p w14:paraId="061ACF8E" w14:textId="77777777" w:rsidR="00D223D5" w:rsidRDefault="003F1931">
      <w:r>
        <w:rPr>
          <w:b/>
          <w:sz w:val="22"/>
        </w:rPr>
        <w:t>PAGOS Y SALDO DE LA CUENTA</w:t>
      </w:r>
    </w:p>
    <w:p w14:paraId="4D992392" w14:textId="77777777" w:rsidR="00D223D5" w:rsidRDefault="003F1931">
      <w:r>
        <w:t>Usted es responsable de asegurarse de que su estudiante tenga dinero en su cuenta para pagar las comidas. Los saldos de las cuentas están disponibles en ASPIRE.</w:t>
      </w:r>
    </w:p>
    <w:p w14:paraId="06F67F98" w14:textId="77777777" w:rsidR="00D223D5" w:rsidRDefault="003F1931">
      <w:r>
        <w:t>Para realizar pagos a la cuenta: puede enviar un cheque o efectivo a la escuela. También puede pagar en línea. Tenga en cuenta que los pagos pueden tardar hasta 8 días hábiles en procesarse e ingresar a la cuenta. Se cobra una tarifa por pagos con tarjeta de crédito.</w:t>
      </w:r>
    </w:p>
    <w:p w14:paraId="39899EBF" w14:textId="77777777" w:rsidR="00D223D5" w:rsidRDefault="003F1931">
      <w:pPr>
        <w:jc w:val="center"/>
      </w:pPr>
      <w:r>
        <w:rPr>
          <w:b/>
        </w:rPr>
        <w:t>¿Tiene preguntas? Lfoxley@northdavisprep.org</w:t>
      </w:r>
    </w:p>
    <w:p w14:paraId="6F9BC586" w14:textId="77777777" w:rsidR="00D223D5" w:rsidRDefault="003F1931">
      <w:pPr>
        <w:jc w:val="center"/>
      </w:pPr>
      <w:r>
        <w:rPr>
          <w:b/>
          <w:sz w:val="22"/>
        </w:rPr>
        <w:t>¡Esperamos tener un año delicioso!</w:t>
      </w:r>
    </w:p>
    <w:p w14:paraId="45F5921A" w14:textId="77777777" w:rsidR="00D223D5" w:rsidRDefault="003F1931">
      <w:pPr>
        <w:jc w:val="center"/>
      </w:pPr>
      <w:r>
        <w:rPr>
          <w:i/>
          <w:sz w:val="17"/>
        </w:rPr>
        <w:t>“Esta institución es un proveedor que ofrece igualdad de oportunidades.”</w:t>
      </w:r>
    </w:p>
    <w:sectPr w:rsidR="00D223D5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6623012">
    <w:abstractNumId w:val="8"/>
  </w:num>
  <w:num w:numId="2" w16cid:durableId="1648440467">
    <w:abstractNumId w:val="6"/>
  </w:num>
  <w:num w:numId="3" w16cid:durableId="1375426707">
    <w:abstractNumId w:val="5"/>
  </w:num>
  <w:num w:numId="4" w16cid:durableId="292449793">
    <w:abstractNumId w:val="4"/>
  </w:num>
  <w:num w:numId="5" w16cid:durableId="216162649">
    <w:abstractNumId w:val="7"/>
  </w:num>
  <w:num w:numId="6" w16cid:durableId="1943611962">
    <w:abstractNumId w:val="3"/>
  </w:num>
  <w:num w:numId="7" w16cid:durableId="1700204454">
    <w:abstractNumId w:val="2"/>
  </w:num>
  <w:num w:numId="8" w16cid:durableId="1621033409">
    <w:abstractNumId w:val="1"/>
  </w:num>
  <w:num w:numId="9" w16cid:durableId="14243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1931"/>
    <w:rsid w:val="00835EAE"/>
    <w:rsid w:val="00AA1D8D"/>
    <w:rsid w:val="00B47730"/>
    <w:rsid w:val="00CB0664"/>
    <w:rsid w:val="00D223D5"/>
    <w:rsid w:val="00F11F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A05598"/>
  <w14:defaultImageDpi w14:val="300"/>
  <w15:docId w15:val="{147D2BB2-3ADC-4238-A232-E87C8F19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LaRetta Foxley</cp:lastModifiedBy>
  <cp:revision>2</cp:revision>
  <dcterms:created xsi:type="dcterms:W3CDTF">2026-09-02T22:11:00Z</dcterms:created>
  <dcterms:modified xsi:type="dcterms:W3CDTF">2026-09-02T22:11:00Z</dcterms:modified>
  <cp:category/>
</cp:coreProperties>
</file>